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 – ערכים ומילים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הקשורות לחנוכה בעברית ובשפות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ערכים מרכזיים של החג: אור, תקווה, 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ציטוטים קצרים מן המקורות על אור וחושך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הבנה: מילים בעברית ובשפות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דבר מיוחד ולא טבעי שקרה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מזל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המנורה שמדליקים בה נרות בחנוכה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בלוח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צעצוע מסתובב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בהדלקת החנוכייה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עברית ושפות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(light)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(семья)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(حانوكا)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מן המקורות – ציטוטים על אור וחושך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החג חל בימים הקצרים והחשוכים של החורף, והדלקת הנרות מסמלת תקווה וחידוש גם בזמן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שהתלמיד/ה מתאר/ת מנהג ברור וקשור לחג, ולא רק עובדה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 = דבר מיוחד ולא טבעי שקרה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לפי המילון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בלוח המילים החזותי כעזר במהלך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לשתף מנהגים ממדינות המוצא שלהם בעל פה או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ההתאמה אפשר להוסיף הקראה קולית של המילים לפי הצורך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 – ערכים ומילים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חודש כסליו הוא חודש החורף שבו חל חג החנוכה. בדף זה נתרגל מילים חשובות, ערכים ומנהגים הקשורים לחג, ונכיר גם איך חוגגים אותו בקהילות שונות בעולם.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חנוכייה  ·  חורף  ·  נס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הבנה: מילים בעברית ובשפות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המילה 'נס' הקשורה לחנוכה?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צעצוע מסתובב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דבר מיוחד ולא טבעי שקרה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מזל נמצא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מזל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מזל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מזל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'חנוכייה'?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המנורה שמדליקים בה נרות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סביבון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חנוכה חל בחודש כסליו.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הסביבון הוא כלי שמשתמשים בו בתפילה.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יום מימי החנוכה מוסיפים עוד נר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__________ פירושה דבר מיוחד ולא טבעי שקרה.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היא המנורה שמדליקים בה נרות בחנוכה.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חודש כסליו הוא חודש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עברית ושפות נוספות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семья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حانوكا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light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candle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מן המקורות – ציטוטים על אור וחושך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לדעתכם נבחר הנושא 'אור בחושך' כערך מרכזי בחג החנוכה?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מנהג חנוכה מארץ המוצא שלכם או של המשפחה שלכם – מה עושים, מה אוכלים, מה מיוחד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המשמעות של המילה 'נס'?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הקשורה לחג בשפה נוספת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 – ערכים ומילים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