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לחנוכה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מרכזיים של החג: אור, תקווה,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ציטוטים קצרים מן המקורות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מילים בעברית ובשפות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מיוחד ולא טבעי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מזל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המנורה שמדליקים בה נרות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אמונה שדברים טובים יקרו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הגשם הראשון והאחרון בעונה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בלוח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בהדלקת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מנהגים שונים כמו חג הבנות ומאכלים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ערבות הדדית היא עזרה ודאגה הדדית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מוזכר במנהגי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עברית ושפות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(семья)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(حانوكا)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(toupie)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(ዝናብ)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מן המקורות – ציטוטים על אור וחושך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החג חל בימים הקצרים והחשוכים של החורף, והדלקת הנרות מסמלת תקווה וחידוש גם בזמן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 מסמל ידיעה, חום ותקווה גם כשסביב חושך וקושי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שהתלמיד/ה מתאר/ת מנהג ברור וקשור לחג, ולא רק עובדה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הקושרת את הערך למשהו אמיתי בחיי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= דבר מיוחד ולא טבעי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לפי 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המילים החזותי כעזר במהלך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מנהגים ממדינות המוצא שלהם בעל פה או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אפשר להוסיף הקראה קולית של המילים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כסליו הוא חודש בחורף. בחודש הזה חוגגים חנוכה. בדף הזה נלמד מילים חדשות וערכים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 שחוגגים בחודש כסליו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שמדליקים בה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ולא הסבירו אותו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שדברים טובים יקרו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ששמים בו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ודואגים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לגשם הראשון והאחרון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מזל 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המזל של חודש כסליו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מילים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מיוחד ולא טבעי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מזל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מזל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מזל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המנורה שמדליקים בה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 מהעתיד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אמונה שדברים טובים יקרו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שכחה של 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באנגלית miracle?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יורה ומלקוש?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הראשון והאחרון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סביבונים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כלי שמשתמשים בו בתפילה.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מימי החנוכה מוסיפים עוד נר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בעולם חוגגים חנוכה באותו מנהג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'ערבות הדדית' פירושה שכל אחד דואג רק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הן מאכל מסורתי של 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פירושה דבר מיוחד ולא טבעי שקרה.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המנורה שמדליקים בה נרות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חודש כסליו הוא חודש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צעצוע מסתובב שמשחקים בו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פירושה אמונה שדברים טובים יקרו.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עברית ושפות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ዝናብ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حانوكا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toupie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семья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מן המקורות – ציטוטים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נבחר הנושא 'אור בחושך' כערך מרכזי בחג החנוכה?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המילה 'אור' לבין הערך 'תקווה'?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מנהג חנוכה מארץ המוצא שלכם או של המשפחה שלכם – מה עושים, מה אוכלים, מה מיוחד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 (אור, תקווה, נס, אומץ, ערבות הדדית) וכתבו משפט קצר שבו תסבירו למה הערך הזה חשוב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לחג בשפה נוספת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הערך שהכי דיבר אליכם בפינת הערכים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– ערכים ומילים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